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0623»</w:t>
      </w:r>
    </w:p>
    <w:p>
      <w:r>
        <w:t>Артикул LD-09964.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LD-MIRROR-0623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