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0623»</w:t>
      </w:r>
    </w:p>
    <w:p>
      <w:r>
        <w:t>Артикул LD-09962.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