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0621»</w:t>
      </w:r>
    </w:p>
    <w:p>
      <w:r>
        <w:t>Артикул LD-09932.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LD-MIRROR-0621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LD-09932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