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0619»</w:t>
      </w:r>
    </w:p>
    <w:p>
      <w:r>
        <w:t>Артикул LD-09889.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LD-LAMP-0619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