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0617»</w:t>
      </w:r>
    </w:p>
    <w:p>
      <w:r>
        <w:t>Артикул LD-09867.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LD-CLOCK-0617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