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0616»</w:t>
      </w:r>
    </w:p>
    <w:p>
      <w:r>
        <w:t>Артикул LD-09847.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LD-FLOOR-LAMP-0616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