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0615»</w:t>
      </w:r>
    </w:p>
    <w:p>
      <w:r>
        <w:t>Артикул LD-09838.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LD-SIDE-TABLE-0615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