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0613»</w:t>
      </w:r>
    </w:p>
    <w:p>
      <w:r>
        <w:t>Артикул LD-09798.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LD-BLANKET-0613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