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0612»</w:t>
      </w:r>
    </w:p>
    <w:p>
      <w:r>
        <w:t>Артикул LD-09791. Исполнение Серо-синий в полоску. Страна производства Китай (CN).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LD-09791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