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0607»</w:t>
      </w:r>
    </w:p>
    <w:p>
      <w:r>
        <w:t>Артикул LD-09700.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LD-VASE-0607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