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0606»</w:t>
      </w:r>
    </w:p>
    <w:p>
      <w:r>
        <w:t>Артикул LD-09692.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LD-MIRROR-0606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