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0605»</w:t>
      </w:r>
    </w:p>
    <w:p>
      <w:r>
        <w:t>Артикул LD-09667. Исполнение Серо-синяя обивка. Страна производства Южная Корея (KR).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LD-CHAIR-0605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LD-09667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LD-09667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LD-09667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