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0604»</w:t>
      </w:r>
    </w:p>
    <w:p>
      <w:r>
        <w:t>Артикул LD-09661.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LD-BASKET-0604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