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0603»</w:t>
      </w:r>
    </w:p>
    <w:p>
      <w:r>
        <w:t>Артикул LD-09634.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LD-KETTLE-0603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LD-09634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