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0599»</w:t>
      </w:r>
    </w:p>
    <w:p>
      <w:r>
        <w:t>Артикул LD-09571. Исполнение Серо-синяя обивка. Страна производства Россия (RU).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LD-CHAIR-0599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LD-09571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LD-09571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LD-09571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