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0598»</w:t>
      </w:r>
    </w:p>
    <w:p>
      <w:r>
        <w:t>Артикул LD-09563. Исполнение Дуб и голубой циферблат. Страна производства Италия (IT).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LD-CLOCK-0598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LD-09563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LD-09563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LD-09563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