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0594»</w:t>
      </w:r>
    </w:p>
    <w:p>
      <w:r>
        <w:t>Артикул LD-09493. Исполнение Дуб и синий металл. Страна производства Италия (IT).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LD-ORGANIZER-0594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LD-09493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LD-09493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LD-09493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