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0587»</w:t>
      </w:r>
    </w:p>
    <w:p>
      <w:r>
        <w:t>Артикул LD-09377. Исполнение Дымчато-синий. Страна производства Южная Корея (KR).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LD-LAMP-0587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LD-09377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LD-09377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LD-09377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