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Настольное зеркало «Отражение 0585»</w:t>
      </w:r>
    </w:p>
    <w:p>
      <w:r>
        <w:t>Артикул LD-09356. Исполнение Дымчато-синий. Страна производства Китай (CN).</w:t>
      </w:r>
    </w:p>
    <w:p>
      <w:r>
        <w:t>Настольное зеркало предназначено для размещения на устойчивой ровной поверхности. Материалы: Металл, стекло. В этом исполнении используется цвет «Дымчато-синий». Размер товара: Ø 22 × 34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LD-MIRROR-0585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LD-09356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Металл, стекло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28 × 18 × 40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LD-09356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LD-09356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