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0059»</w:t>
      </w:r>
    </w:p>
    <w:p>
      <w:r>
        <w:t>Артикул LD-00933.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