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0582»</w:t>
      </w:r>
    </w:p>
    <w:p>
      <w:r>
        <w:t>Артикул LD-09306. Исполнение Светло-голубой. Страна производства Россия (RU).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LD-09306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LD-09306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