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Чайник «Тихое утро 0581»</w:t>
      </w:r>
    </w:p>
    <w:p>
      <w:r>
        <w:t>Артикул LD-09282. Исполнение Светло-голубой. Страна производства Германия (DE).</w:t>
      </w:r>
    </w:p>
    <w:p>
      <w:r>
        <w:t>Чайник предназначен для нагревания питьевой воды на домашней кухне. Материалы: Нержавеющая сталь. В этом исполнении используется цвет «Светло-голубой». Размер товара: 1,7 л.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LD-KETTLE-0581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LD-09282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Светло-голубой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Светло-голубой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Германия (DE)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Кухмело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Нержавеющая сталь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24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Установите прибор на устойчивую поверхность вдали от воды и источников тепла.</w:t>
      </w:r>
    </w:p>
    <w:p>
      <w:r>
        <w:t>4. Перед подключением сверьте напряжение в характеристиках с параметрами сети.</w:t>
      </w:r>
    </w:p>
    <w:p>
      <w:r>
        <w:t>5. Не используйте прибор при повреждении корпуса, кабеля или вилки.</w:t>
      </w:r>
    </w:p>
    <w:p>
      <w:r>
        <w:t>6. Наливайте только питьевую воду в пределах отметок на корпусе; не включайте пустой чайник.</w:t>
      </w:r>
    </w:p>
    <w:p>
      <w:pPr>
        <w:pStyle w:val="Heading1"/>
        <w:pageBreakBefore/>
      </w:pPr>
      <w:r>
        <w:t>Уход и хранение</w:t>
      </w:r>
    </w:p>
    <w:p>
      <w:r>
        <w:t>Храните изделие в сухом помещении и защищайте от длительного воздействия влаги.</w:t>
      </w:r>
    </w:p>
    <w:p>
      <w:r>
        <w:t>Перед очисткой отключите питание и дождитесь полного остывания.</w:t>
      </w:r>
    </w:p>
    <w:p>
      <w:r>
        <w:t>Протрите корпус мягкой слегка влажной тканью и вытрите насухо. Не погружайте прибор в воду.</w:t>
      </w:r>
    </w:p>
    <w:p>
      <w:r>
        <w:t>Не вскрывайте корпус. При неисправности прекратите использование.</w:t>
      </w:r>
    </w:p>
    <w:p>
      <w:pPr>
        <w:pStyle w:val="Heading1"/>
      </w:pPr>
      <w:r>
        <w:t>Упаковка</w:t>
      </w:r>
    </w:p>
    <w:p>
      <w:r>
        <w:t>В упаковке 1 шт. Размер упаковки 24 × 22 × 28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LD-09282    Германия (DE)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LD-09282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