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0006»</w:t>
      </w:r>
    </w:p>
    <w:p>
      <w:r>
        <w:t>Артикул LD-00092. Исполнение Дымчато-синий. Страна производства Южная Корея (KR).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LD-00092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