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0575»</w:t>
      </w:r>
    </w:p>
    <w:p>
      <w:r>
        <w:t>Артикул LD-09190.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