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0572»</w:t>
      </w:r>
    </w:p>
    <w:p>
      <w:r>
        <w:t>Артикул LD-09152.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