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0570»</w:t>
      </w:r>
    </w:p>
    <w:p>
      <w:r>
        <w:t>Артикул LD-09108. Исполнение Светло-серая керамика. Страна производства США (US).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LD-VASE-0570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LD-09108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LD-09108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LD-09108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