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0569»</w:t>
      </w:r>
    </w:p>
    <w:p>
      <w:r>
        <w:t>Артикул LD-09089. Исполнение Дымчато-синий. Страна производства Польша (PL).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LD-LAMP-0569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LD-09089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LD-09089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LD-09089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