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0564»</w:t>
      </w:r>
    </w:p>
    <w:p>
      <w:r>
        <w:t>Артикул LD-09015. Исполнение Дымчато-синий. Страна производства Япония (JP).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LD-FLOOR-LAMP-0564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LD-09015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LD-09015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LD-09015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