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0558»</w:t>
      </w:r>
    </w:p>
    <w:p>
      <w:r>
        <w:t>Артикул LD-08921. Исполнение Светло-голубой. Страна производства Китай (CN).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LD-TOASTER-0558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LD-08921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LD-08921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LD-08921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