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0555»</w:t>
      </w:r>
    </w:p>
    <w:p>
      <w:r>
        <w:t>Артикул LD-08879. Исполнение Серо-синий в полоску. Страна производства Польша (PL).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LD-CUSHION-0555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LD-08879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LD-08879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LD-08879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