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0551»</w:t>
      </w:r>
    </w:p>
    <w:p>
      <w:r>
        <w:t>Артикул LD-08809. Исполнение Светло-голубой. Страна производства Польша (PL).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LD-08809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