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0549»</w:t>
      </w:r>
    </w:p>
    <w:p>
      <w:r>
        <w:t>Артикул LD-08772.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