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0055»</w:t>
      </w:r>
    </w:p>
    <w:p>
      <w:r>
        <w:t>Артикул LD-00876.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