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0547»</w:t>
      </w:r>
    </w:p>
    <w:p>
      <w:r>
        <w:t>Артикул LD-08751.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LD-08751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LD-08751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LD-08751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