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0543»</w:t>
      </w:r>
    </w:p>
    <w:p>
      <w:r>
        <w:t>Артикул LD-08678. Исполнение Синяя клетка. Страна производства Италия (IT).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LD-08678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LD-08678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LD-08678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