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0543»</w:t>
      </w:r>
    </w:p>
    <w:p>
      <w:r>
        <w:t>Артикул LD-08673. Исполнение Дымчато-синий. Страна производства США (US).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LD-LAMP-0543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LD-08673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LD-08673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LD-08673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