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0054»</w:t>
      </w:r>
    </w:p>
    <w:p>
      <w:r>
        <w:t>Артикул LD-00864.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