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0054»</w:t>
      </w:r>
    </w:p>
    <w:p>
      <w:r>
        <w:t>Артикул LD-00863. Исполнение Серо-синий в полоску. Страна производства Италия (IT).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LD-CUSHION-0054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LD-00863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LD-00863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LD-00863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