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0054»</w:t>
      </w:r>
    </w:p>
    <w:p>
      <w:r>
        <w:t>Артикул LD-00855. Исполнение Дымчато-синий. Страна производства Япония (JP).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LD-00855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