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0532»</w:t>
      </w:r>
    </w:p>
    <w:p>
      <w:r>
        <w:t>Артикул LD-08504. Исполнение Дымчато-синий. Страна производства Польша (PL).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LD-COFFEE-GRINDER-0532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LD-08504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LD-08504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LD-08504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