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0529»</w:t>
      </w:r>
    </w:p>
    <w:p>
      <w:r>
        <w:t>Артикул LD-08452.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