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0524»</w:t>
      </w:r>
    </w:p>
    <w:p>
      <w:r>
        <w:t>Артикул LD-08377. Исполнение Светло-голубой. Страна производства Германия (DE).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LD-08377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