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0523»</w:t>
      </w:r>
    </w:p>
    <w:p>
      <w:r>
        <w:t>Артикул LD-08367. Исполнение Серо-синий в полоску. Страна производства Южная Корея (KR).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LD-08367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