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0523»</w:t>
      </w:r>
    </w:p>
    <w:p>
      <w:r>
        <w:t>Артикул LD-08363. Исполнение Дуб и голубой циферблат. Страна производства США (US).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LD-08363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