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0523»</w:t>
      </w:r>
    </w:p>
    <w:p>
      <w:r>
        <w:t>Артикул LD-08362. Исполнение Светло-голубой. Страна производства Германия (DE).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LD-MUG-0523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LD-08362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LD-08362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LD-08362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