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0523»</w:t>
      </w:r>
    </w:p>
    <w:p>
      <w:r>
        <w:t>Артикул LD-08360. Исполнение Дымчато-синий. Страна производства Япония (JP).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LD-08360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