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0519»</w:t>
      </w:r>
    </w:p>
    <w:p>
      <w:r>
        <w:t>Артикул LD-08301. Исполнение Ротанг и голубая подкладка. Страна производства Россия (RU).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LD-BASKET-0519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LD-08301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LD-08301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LD-08301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