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0519»</w:t>
      </w:r>
    </w:p>
    <w:p>
      <w:r>
        <w:t>Артикул LD-08290. Исполнение Светло-голубой. Страна производства Япония (JP).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LD-KETTLE-0519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LD-08290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LD-08290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LD-08290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