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0515»</w:t>
      </w:r>
    </w:p>
    <w:p>
      <w:r>
        <w:t>Артикул LD-08230.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LD-08230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