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0512»</w:t>
      </w:r>
    </w:p>
    <w:p>
      <w:r>
        <w:t>Артикул LD-08191. Исполнение Серо-синий в полоску. Страна производства Китай (CN).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LD-CUSHION-0512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LD-08191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LD-08191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LD-08191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